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Tom's Busy Day</w:t>
        <w:br/>
        <w:t>*CEFR A1 · Story 2 of 2 · American English · ~143 words*</w:t>
      </w:r>
    </w:p>
    <w:p>
      <w:r>
        <w:rPr>
          <w:i/>
        </w:rPr>
        <w:t>CEFR A1 · American English · ~143 words</w:t>
      </w:r>
    </w:p>
    <w:p>
      <w:r>
        <w:t>Tom is a schoolboy. He is ten years old. He lives with his mother and father. He has got a little sister too.</w:t>
      </w:r>
    </w:p>
    <w:p>
      <w:r>
        <w:t>Tom always gets up at seven. He eats bread and drinks milk. Then he takes the bus to school.</w:t>
      </w:r>
    </w:p>
    <w:p>
      <w:r>
        <w:t>School starts at eight thirty. Tom is never late. His teacher is very nice. Her name is Miss Green.</w:t>
      </w:r>
    </w:p>
    <w:p>
      <w:r>
        <w:t>Tom likes reading and writing. He loves playing with his friends. He can run very fast. He can swim well too.</w:t>
      </w:r>
    </w:p>
    <w:p>
      <w:r>
        <w:t>He usually eats lunch at school. He often eats an apple or an egg. Sometimes he drinks juice or water.</w:t>
      </w:r>
    </w:p>
    <w:p>
      <w:r>
        <w:t>Tom goes home at four. He plays with his little sister. In the evening he reads a book.</w:t>
      </w:r>
    </w:p>
    <w:p>
      <w:r>
        <w:t>Tom goes to bed at nine. He is tired but happy. Today is a good 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Pares's English Studio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