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Maya's New Home</w:t>
        <w:br/>
        <w:t>*CEFR A1 · Story 1 of 2 · British English · ~131 words*</w:t>
      </w:r>
    </w:p>
    <w:p>
      <w:r>
        <w:rPr>
          <w:i/>
        </w:rPr>
        <w:t>CEFR A1 · British English · ~131 words</w:t>
      </w:r>
    </w:p>
    <w:p>
      <w:r>
        <w:t>Hello, I am Maya. I have got a new home. It is a small flat in London. My family is very happy here.</w:t>
      </w:r>
    </w:p>
    <w:p>
      <w:r>
        <w:t>The flat has got three rooms. The living room is big and nice. There is a red table and four chairs. My father reads his book there.</w:t>
      </w:r>
    </w:p>
    <w:p>
      <w:r>
        <w:t>This is the kitchen. It is small but clean. There is a white door and two windows. My mother makes tea and bread.</w:t>
      </w:r>
    </w:p>
    <w:p>
      <w:r>
        <w:t>This is my room. There is a little bed under the window. My books are on the table. My cat sleeps on my bed.</w:t>
      </w:r>
    </w:p>
    <w:p>
      <w:r>
        <w:t>My brother has got a room too. His room is next to my room. He is young but happy.</w:t>
      </w:r>
    </w:p>
    <w:p>
      <w:r>
        <w:t>I love my new home. It is small but beautiful. We are a happy family.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Pares's English Studio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